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Zwischenzeugnis</w:t>
      </w:r>
    </w:p>
    <w:p>
      <w:pPr>
        <w:spacing w:after="200"/>
      </w:pPr>
      <w:r>
        <w:rPr>
          <w:color w:val="5A5A5A"/>
          <w:sz w:val="17"/>
        </w:rPr>
        <w:t>Fiktives Muster - Angaben und Bewertung individuell anpassen</w:t>
      </w:r>
    </w:p>
    <w:p>
      <w:r>
        <w:t>Herr Leon Beispiel ist seit dem 1. September 2021 als Softwareentwickler in unserem Unternehmen tätig.</w:t>
      </w:r>
    </w:p>
    <w:p>
      <w:r>
        <w:t>Die Beispiel Software GmbH entwickelt webbasierte Anwendungen für betriebliche Verwaltungsprozesse.</w:t>
      </w:r>
    </w:p>
    <w:p>
      <w:r>
        <w:t>Zu den wesentlichen Aufgaben gehören:</w:t>
      </w:r>
    </w:p>
    <w:p>
      <w:pPr>
        <w:pStyle w:val="ListBullet"/>
      </w:pPr>
      <w:r>
        <w:t>Entwicklung und Wartung von Funktionen einer webbasierten Anwendung</w:t>
      </w:r>
    </w:p>
    <w:p>
      <w:pPr>
        <w:pStyle w:val="ListBullet"/>
      </w:pPr>
      <w:r>
        <w:t>Analyse fachlicher Anforderungen gemeinsam mit Produktmanagement und Fachbereichen</w:t>
      </w:r>
    </w:p>
    <w:p>
      <w:pPr>
        <w:pStyle w:val="ListBullet"/>
      </w:pPr>
      <w:r>
        <w:t>Erstellung automatisierter Tests und Beteiligung an Code-Reviews</w:t>
      </w:r>
    </w:p>
    <w:p>
      <w:pPr>
        <w:pStyle w:val="ListBullet"/>
      </w:pPr>
      <w:r>
        <w:t>Dokumentation technischer Entscheidungen und Unterstützung bei Fehleranalysen</w:t>
      </w:r>
    </w:p>
    <w:p>
      <w:r>
        <w:t>Herr Beispiel verfügt über fundierte Kenntnisse der eingesetzten Entwicklungswerkzeuge und wendet diese sicher und lösungsorientiert an.</w:t>
      </w:r>
    </w:p>
    <w:p>
      <w:r>
        <w:t>Herr Beispiel zeigt stets eine hohe Einsatzbereitschaft und bringt sich konstruktiv in fachliche Abstimmungen ein.</w:t>
      </w:r>
    </w:p>
    <w:p>
      <w:r>
        <w:t>Er arbeitet stets systematisch, sorgfältig und zuverlässig. Technische Anforderungen übersetzt er in nachvollziehbare Arbeitsschritte und stimmt Risiken frühzeitig mit dem Team ab.</w:t>
      </w:r>
    </w:p>
    <w:p>
      <w:r>
        <w:t>Mit automatisierten Tests und konstruktiven Code-Reviews unterstützt er die verlässliche Weiterentwicklung der Anwendung. Technische Entscheidungen dokumentiert er so, dass das Team sie nachvollziehen kann.</w:t>
      </w:r>
    </w:p>
    <w:p>
      <w:r>
        <w:t>Herr Beispiel erledigt die ihm übertragenen Aufgaben stets zu unserer vollen Zufriedenheit.</w:t>
      </w:r>
    </w:p>
    <w:p>
      <w:r>
        <w:t>Sein Verhalten gegenüber Vorgesetzten, Kolleginnen und Kollegen sowie internen Ansprechpartnern ist stets vorbildlich.</w:t>
      </w:r>
    </w:p>
    <w:p>
      <w:r>
        <w:t>Dieses Zwischenzeugnis wird anlässlich eines Wechsels der technischen Teamleitung erstellt. Das Arbeitsverhältnis besteht unverändert fort. Wir danken Herrn Beispiel für die bisherige stets gute Zusammenarbeit und freuen uns auf deren Fortsetzung.</w:t>
      </w:r>
    </w:p>
    <w:p>
      <w:r>
        <w:t>[Ort], [Ausstellungsdatum]</w:t>
      </w:r>
    </w:p>
    <w:p>
      <w:r>
        <w:t>[Name, Funktion und Unterschrift der verantwortlichen ausstellenden Person]</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Calibri" w:hAnsi="Calibri"/>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Zeugnis Muster zwischenzeugnis-it</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