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Zwischenzeugnis</w:t>
      </w:r>
    </w:p>
    <w:p>
      <w:pPr>
        <w:spacing w:after="200"/>
      </w:pPr>
      <w:r>
        <w:rPr>
          <w:color w:val="5A5A5A"/>
          <w:sz w:val="17"/>
        </w:rPr>
        <w:t>Fiktives Muster - Angaben und Bewertung individuell anpassen</w:t>
      </w:r>
    </w:p>
    <w:p>
      <w:r>
        <w:t>Frau Mila Beispiel ist seit dem 1. April 2022 als kaufmännische Sachbearbeiterin in unserem Unternehmen tätig.</w:t>
      </w:r>
    </w:p>
    <w:p>
      <w:r>
        <w:t>Die Beispiel Verwaltungsservice GmbH unterstützt Unternehmen bei kaufmännischen Abläufen.</w:t>
      </w:r>
    </w:p>
    <w:p>
      <w:r>
        <w:t>Zu den wesentlichen Aufgaben gehören:</w:t>
      </w:r>
    </w:p>
    <w:p>
      <w:pPr>
        <w:pStyle w:val="ListBullet"/>
      </w:pPr>
      <w:r>
        <w:t>Bearbeitung eingehender Kundenaufträge und Pflege der Auftragsdaten</w:t>
      </w:r>
    </w:p>
    <w:p>
      <w:pPr>
        <w:pStyle w:val="ListBullet"/>
      </w:pPr>
      <w:r>
        <w:t>Abstimmung von Lieferterminen mit Vertrieb und Logistik</w:t>
      </w:r>
    </w:p>
    <w:p>
      <w:pPr>
        <w:pStyle w:val="ListBullet"/>
      </w:pPr>
      <w:r>
        <w:t>Prüfung von Belegen und Vorbereitung der Rechnungsfreigabe</w:t>
      </w:r>
    </w:p>
    <w:p>
      <w:pPr>
        <w:pStyle w:val="ListBullet"/>
      </w:pPr>
      <w:r>
        <w:t>Erstellung monatlicher Übersichten zum offenen Auftragsbestand</w:t>
      </w:r>
    </w:p>
    <w:p>
      <w:r>
        <w:t>Frau Beispiel verfügt über fundierte kaufmännische Kenntnisse und setzt diese in der Auftragsbearbeitung sicher ein.</w:t>
      </w:r>
    </w:p>
    <w:p>
      <w:r>
        <w:t>Frau Beispiel zeigt stets Eigeninitiative und eine hohe Einsatzbereitschaft.</w:t>
      </w:r>
    </w:p>
    <w:p>
      <w:r>
        <w:t>Sie arbeitet stets strukturiert, sorgfältig und zuverlässig. Offene Vorgänge verfolgt sie konsequent nach und klärt Rückfragen rechtzeitig mit den zuständigen Bereichen.</w:t>
      </w:r>
    </w:p>
    <w:p>
      <w:r>
        <w:t>Mit einer übersichtlichen Dokumentation der Auftragsstände unterstützt sie die Abstimmung zwischen Vertrieb, Logistik und Verwaltung.</w:t>
      </w:r>
    </w:p>
    <w:p>
      <w:r>
        <w:t>Frau Beispiel erledigt die ihr übertragenen Aufgaben stets zu unserer vollen Zufriedenheit.</w:t>
      </w:r>
    </w:p>
    <w:p>
      <w:r>
        <w:t>Ihr Verhalten gegenüber Vorgesetzten, Kolleginnen und Kollegen sowie unseren Kunden ist stets vorbildlich.</w:t>
      </w:r>
    </w:p>
    <w:p>
      <w:r>
        <w:t>Dieses Zwischenzeugnis wird anlässlich eines Wechsels der direkten Führungskraft erstellt. Das Arbeitsverhältnis besteht unverändert fort. Wir danken Frau Beispiel für die bisherige stets gute Zusammenarbeit und freuen uns auf deren Fortsetzung.</w:t>
      </w:r>
    </w:p>
    <w:p>
      <w:r>
        <w:t>[Ort], [Ausstellungsdatum]</w:t>
      </w:r>
    </w:p>
    <w:p>
      <w:r>
        <w:t>[Name, Funktion und Unterschrift der verantwortlichen ausstellenden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zwischenzeugnis-buero</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