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Arbeitszeugnis</w:t>
      </w:r>
    </w:p>
    <w:p>
      <w:pPr>
        <w:spacing w:after="200"/>
      </w:pPr>
      <w:r>
        <w:rPr>
          <w:color w:val="5A5A5A"/>
          <w:sz w:val="17"/>
        </w:rPr>
        <w:t>Fiktives Muster - Angaben und Bewertung individuell anpassen</w:t>
      </w:r>
    </w:p>
    <w:p>
      <w:r>
        <w:t>Herr Max Beispiel war vom 1. Februar 2020 bis zum 31. Oktober 2026 als Vertriebsmitarbeiter in unserem Unternehmen beschäftigt.</w:t>
      </w:r>
    </w:p>
    <w:p>
      <w:r>
        <w:t>Die Beispiel Handel GmbH vertreibt technische Verbrauchsprodukte an gewerbliche Kunden.</w:t>
      </w:r>
    </w:p>
    <w:p>
      <w:r>
        <w:t>Zu den wesentlichen Aufgaben gehörten:</w:t>
      </w:r>
    </w:p>
    <w:p>
      <w:pPr>
        <w:pStyle w:val="ListBullet"/>
      </w:pPr>
      <w:r>
        <w:t>Betreuung eines definierten Bestandskundenportfolios</w:t>
      </w:r>
    </w:p>
    <w:p>
      <w:pPr>
        <w:pStyle w:val="ListBullet"/>
      </w:pPr>
      <w:r>
        <w:t>Ermittlung des Kundenbedarfs und Vorbereitung individueller Angebote</w:t>
      </w:r>
    </w:p>
    <w:p>
      <w:pPr>
        <w:pStyle w:val="ListBullet"/>
      </w:pPr>
      <w:r>
        <w:t>Abstimmung von Konditionen innerhalb der eingeräumten Befugnisse</w:t>
      </w:r>
    </w:p>
    <w:p>
      <w:pPr>
        <w:pStyle w:val="ListBullet"/>
      </w:pPr>
      <w:r>
        <w:t>Pflege der Vertriebsaktivitäten und Übergabe an den Innendienst</w:t>
      </w:r>
    </w:p>
    <w:p>
      <w:r>
        <w:t>Herr Beispiel verfügte über gute Produkt- und Marktkenntnisse, die er in Kundengesprächen zielgerichtet nutzte.</w:t>
      </w:r>
    </w:p>
    <w:p>
      <w:r>
        <w:t>Er bereitete Kundentermine stets sorgfältig vor und verfolgte vereinbarte nächste Schritte zuverlässig. Er erkannte Abstimmungsbedarf frühzeitig und bezog die zuständigen Fachbereiche ein.</w:t>
      </w:r>
    </w:p>
    <w:p>
      <w:r>
        <w:t>Mit seiner verbindlichen Betreuung unterstützte er die Pflege langfristiger Kundenbeziehungen und die Bearbeitung qualifizierter Verkaufschancen.</w:t>
      </w:r>
    </w:p>
    <w:p>
      <w:r>
        <w:t>Herr Beispiel erledigte die ihm übertragenen Aufgaben stets zu unserer vollen Zufriedenheit.</w:t>
      </w:r>
    </w:p>
    <w:p>
      <w:r>
        <w:t>Sein Verhalten gegenüber Vorgesetzten, Kolleginnen und Kollegen sowie Kunden war stets vorbildlich.</w:t>
      </w:r>
    </w:p>
    <w:p>
      <w:r>
        <w:t>Herr Beispiel verlässt unser Unternehmen zum 31. Oktober 2026 auf eigenen Wunsch. Wir danken ihm für die stets gute Zusammenarbeit und bedauern sein Ausscheiden. Für den weiteren beruflichen und persönlichen Weg wünschen wir ihm alles Gute und weiterhin viel Erfolg.</w:t>
      </w:r>
    </w:p>
    <w:p>
      <w:r>
        <w:t>[Ort], [Ausstellungsdatum]</w:t>
      </w:r>
    </w:p>
    <w:p>
      <w:r>
        <w:t>[Name, Funktion und Unterschrift der verantwortlichen ausstellenden Person]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Zeugnis Muster vertrieb</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