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Arbeitszeugnis</w:t>
      </w:r>
    </w:p>
    <w:p>
      <w:pPr>
        <w:spacing w:after="200"/>
      </w:pPr>
      <w:r>
        <w:rPr>
          <w:color w:val="5A5A5A"/>
          <w:sz w:val="17"/>
        </w:rPr>
        <w:t>Fiktives Muster - Angaben und Bewertung individuell anpassen</w:t>
      </w:r>
    </w:p>
    <w:p>
      <w:r>
        <w:t>Frau Nora Beispiel war vom 1. März 2020 bis zum 31. Oktober 2026 als Teamleiterin Kundenservice in unserem Unternehmen beschäftigt.</w:t>
      </w:r>
    </w:p>
    <w:p>
      <w:r>
        <w:t>Die Beispiel Service GmbH betreut Kundenanfragen zu technischen Dienstleistungen.</w:t>
      </w:r>
    </w:p>
    <w:p>
      <w:r>
        <w:t>Zu den wesentlichen Aufgaben gehörten:</w:t>
      </w:r>
    </w:p>
    <w:p>
      <w:pPr>
        <w:pStyle w:val="ListBullet"/>
      </w:pPr>
      <w:r>
        <w:t>Fachliche und disziplinarische Führung eines sechsköpfigen Serviceteams</w:t>
      </w:r>
    </w:p>
    <w:p>
      <w:pPr>
        <w:pStyle w:val="ListBullet"/>
      </w:pPr>
      <w:r>
        <w:t>Planung von Kapazitäten und Priorisierung der eingehenden Anliegen</w:t>
      </w:r>
    </w:p>
    <w:p>
      <w:pPr>
        <w:pStyle w:val="ListBullet"/>
      </w:pPr>
      <w:r>
        <w:t>Durchführung regelmäßiger Feedbackgespräche und Begleitung der Einarbeitung</w:t>
      </w:r>
    </w:p>
    <w:p>
      <w:pPr>
        <w:pStyle w:val="ListBullet"/>
      </w:pPr>
      <w:r>
        <w:t>Abstimmung von Eskalationsfällen mit Fachabteilungen und Qualitätssicherung</w:t>
      </w:r>
    </w:p>
    <w:p>
      <w:r>
        <w:t>Frau Beispiel verfügte über fundierte Kenntnisse der Serviceprozesse und verband fachliche Anforderungen mit einer vorausschauenden Teamorganisation.</w:t>
      </w:r>
    </w:p>
    <w:p>
      <w:r>
        <w:t>Sie arbeitete stets strukturiert und entscheidungsorientiert. Ziele kommunizierte sie verständlich und delegierte Aufgaben entsprechend den Fähigkeiten und Zuständigkeiten im Team.</w:t>
      </w:r>
    </w:p>
    <w:p>
      <w:r>
        <w:t>Durch regelmäßige Abstimmungen und eine klare Übergabestruktur unterstützte sie die kontinuierliche Bearbeitung offener Kundenanliegen.</w:t>
      </w:r>
    </w:p>
    <w:p>
      <w:r>
        <w:t>Sie führte ihr Team stets zielgerichtet und wertschätzend. Mit nachvollziehbaren Entscheidungen und konstruktivem Feedback förderte sie die Zusammenarbeit und die fachliche Entwicklung der Mitarbeitenden.</w:t>
      </w:r>
    </w:p>
    <w:p>
      <w:r>
        <w:t>Frau Beispiel erledigte die ihr übertragenen Aufgaben stets zu unserer vollen Zufriedenheit.</w:t>
      </w:r>
    </w:p>
    <w:p>
      <w:r>
        <w:t>Ihr Verhalten gegenüber Vorgesetzten, Mitarbeitenden, Kolleginnen und Kollegen sowie Kunden war stets vorbildlich.</w:t>
      </w:r>
    </w:p>
    <w:p>
      <w:r>
        <w:t>Frau Beispiel verlässt unser Unternehmen zum 31. Oktober 2026 auf eigenen Wunsch. Wir danken ihr für die stets gute Zusammenarbeit und bedauern ihr Ausscheiden. Für den weiteren beruflichen und persönlichen Weg wünschen wir ihr alles Gute und weiterhin viel Erfolg.</w:t>
      </w:r>
    </w:p>
    <w:p>
      <w:r>
        <w:t>[Ort], [Ausstellungsdatum]</w:t>
      </w:r>
    </w:p>
    <w:p>
      <w:r>
        <w:t>[Name, Funktion und Unterschrift der verantwortlichen ausstellenden Person]</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Zeugnis Muster teamleitung</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