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Praktikumszeugnis</w:t>
      </w:r>
    </w:p>
    <w:p>
      <w:pPr>
        <w:spacing w:after="200"/>
      </w:pPr>
      <w:r>
        <w:rPr>
          <w:color w:val="5A5A5A"/>
          <w:sz w:val="17"/>
        </w:rPr>
        <w:t>Fiktives Muster - Angaben und Bewertung individuell anpassen</w:t>
      </w:r>
    </w:p>
    <w:p>
      <w:r>
        <w:t>Herr Jonas Beispiel absolvierte vom 1. April 2026 bis zum 30. Juni 2026 ein Praktikum im Marketing unseres Unternehmens.</w:t>
      </w:r>
    </w:p>
    <w:p>
      <w:r>
        <w:t>Die Beispiel Kommunikation GmbH unterstützt Unternehmen bei der Vorbereitung digitaler Informationsveranstaltungen.</w:t>
      </w:r>
    </w:p>
    <w:p>
      <w:r>
        <w:t>Zu den wesentlichen Aufgaben gehörten:</w:t>
      </w:r>
    </w:p>
    <w:p>
      <w:pPr>
        <w:pStyle w:val="ListBullet"/>
      </w:pPr>
      <w:r>
        <w:t>Einblick in die Planung und Nachbereitung von Kundenwebinaren</w:t>
      </w:r>
    </w:p>
    <w:p>
      <w:pPr>
        <w:pStyle w:val="ListBullet"/>
      </w:pPr>
      <w:r>
        <w:t>Mitarbeit bei der Pflege freigegebener Veranstaltungsinformationen</w:t>
      </w:r>
    </w:p>
    <w:p>
      <w:pPr>
        <w:pStyle w:val="ListBullet"/>
      </w:pPr>
      <w:r>
        <w:t>Vorbereitung von Übersichten zu Anmeldungen und Rückmeldungen</w:t>
      </w:r>
    </w:p>
    <w:p>
      <w:pPr>
        <w:pStyle w:val="ListBullet"/>
      </w:pPr>
      <w:r>
        <w:t>Teilnahme an Redaktionsbesprechungen und Unterstützung einfacher Rechercheaufgaben</w:t>
      </w:r>
    </w:p>
    <w:p>
      <w:r>
        <w:t>Herr Beispiel arbeitete sich zügig in die ihm erläuterten Abläufe ein und wandte neu erworbene Kenntnisse bei den übertragenen Aufgaben sicher an.</w:t>
      </w:r>
    </w:p>
    <w:p>
      <w:r>
        <w:t>Er setzte Anleitungen stets sorgfältig und zuverlässig um. Rückfragen stellte er zielgerichtet und berücksichtigte Feedback bei der weiteren Bearbeitung.</w:t>
      </w:r>
    </w:p>
    <w:p>
      <w:r>
        <w:t>Nach der Einarbeitung bereitete er die vereinbarten Übersichten eigenständig vor und unterstützte das Team bei der fristgerechten Veranstaltungsnachbereitung.</w:t>
      </w:r>
    </w:p>
    <w:p>
      <w:r>
        <w:t>Herr Beispiel erledigte die ihm im Rahmen des Praktikums übertragenen Aufgaben stets zu unserer vollen Zufriedenheit.</w:t>
      </w:r>
    </w:p>
    <w:p>
      <w:r>
        <w:t>Sein Verhalten gegenüber betreuenden Personen, Vorgesetzten sowie Kolleginnen und Kollegen war stets vorbildlich.</w:t>
      </w:r>
    </w:p>
    <w:p>
      <w:r>
        <w:t>Das Praktikum endete zum vereinbarten Termin am 30. Juni 2026. Wir danken Herr Beispiel für die gute Mitarbeit und wünschen ihm für den weiteren Ausbildungs- und Berufsweg alles Gute und viel Erfolg.</w:t>
      </w:r>
    </w:p>
    <w:p>
      <w:r>
        <w:t>[Ort], [Ausstellungsdatum]</w:t>
      </w:r>
    </w:p>
    <w:p>
      <w:r>
        <w:t>[Name, Funktion und Unterschrift der verantwortlichen ausstellenden Person]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Zeugnis Muster praktikum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