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Arbeitszeugnis</w:t>
      </w:r>
    </w:p>
    <w:p>
      <w:pPr>
        <w:spacing w:after="200"/>
      </w:pPr>
      <w:r>
        <w:rPr>
          <w:color w:val="5A5A5A"/>
          <w:sz w:val="17"/>
        </w:rPr>
        <w:t>Fiktives Muster - Angaben und Bewertung individuell anpassen</w:t>
      </w:r>
    </w:p>
    <w:p>
      <w:r>
        <w:t>Frau Mara Beispiel war vom 1. Januar 2022 bis zum 31. Oktober 2026 als Pflegefachkraft in unserem Unternehmen beschäftigt.</w:t>
      </w:r>
    </w:p>
    <w:p>
      <w:r>
        <w:t>Die Beispiel Pflegeeinrichtung betreut pflegebedürftige Menschen in einem stationären Wohnbereich.</w:t>
      </w:r>
    </w:p>
    <w:p>
      <w:r>
        <w:t>Zu den wesentlichen Aufgaben gehörten:</w:t>
      </w:r>
    </w:p>
    <w:p>
      <w:pPr>
        <w:pStyle w:val="ListBullet"/>
      </w:pPr>
      <w:r>
        <w:t>Planung, Durchführung und Dokumentation der pflegerischen Versorgung im eigenen Verantwortungsbereich</w:t>
      </w:r>
    </w:p>
    <w:p>
      <w:pPr>
        <w:pStyle w:val="ListBullet"/>
      </w:pPr>
      <w:r>
        <w:t>Beobachtung des Pflegeverlaufs und Weitergabe relevanter Veränderungen</w:t>
      </w:r>
    </w:p>
    <w:p>
      <w:pPr>
        <w:pStyle w:val="ListBullet"/>
      </w:pPr>
      <w:r>
        <w:t>Zusammenarbeit mit dem pflegerischen Team und weiteren beteiligten Berufsgruppen</w:t>
      </w:r>
    </w:p>
    <w:p>
      <w:pPr>
        <w:pStyle w:val="ListBullet"/>
      </w:pPr>
      <w:r>
        <w:t>Teilnahme an Übergaben und Mitwirkung an der Qualitätssicherung</w:t>
      </w:r>
    </w:p>
    <w:p>
      <w:r>
        <w:t>Frau Beispiel verfügte über fundiertes pflegerisches Fachwissen und setzte dieses im Rahmen ihrer Aufgaben verantwortungsbewusst ein.</w:t>
      </w:r>
    </w:p>
    <w:p>
      <w:r>
        <w:t>Sie arbeitete stets sorgfältig und zuverlässig. In Übergaben stellte sie relevante Informationen klar dar und achtete auf eine nachvollziehbare Dokumentation.</w:t>
      </w:r>
    </w:p>
    <w:p>
      <w:r>
        <w:t>Mit ihrer aufmerksamen Beobachtung und strukturierten Abstimmung unterstützte sie eine kontinuierliche Versorgung der betreuten Menschen.</w:t>
      </w:r>
    </w:p>
    <w:p>
      <w:r>
        <w:t>Frau Beispiel erledigte die ihr übertragenen Aufgaben stets zu unserer vollen Zufriedenheit.</w:t>
      </w:r>
    </w:p>
    <w:p>
      <w:r>
        <w:t>Ihr Verhalten gegenüber Vorgesetzten, Kolleginnen und Kollegen, betreuten Menschen und Angehörigen war stets vorbildlich.</w:t>
      </w:r>
    </w:p>
    <w:p>
      <w:r>
        <w:t>Frau Beispiel verlässt unser Unternehmen zum 31. Oktober 2026 auf eigenen Wunsch. Wir danken ihr für die stets gute Zusammenarbeit und bedauern ihr Ausscheiden. Für den weiteren beruflichen und persönlichen Weg wünschen wir ihr alles Gute und weiterhin viel Erfolg.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pflege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