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Arbeitszeugnis</w:t>
      </w:r>
    </w:p>
    <w:p>
      <w:pPr>
        <w:spacing w:after="200"/>
      </w:pPr>
      <w:r>
        <w:rPr>
          <w:color w:val="5A5A5A"/>
          <w:sz w:val="17"/>
        </w:rPr>
        <w:t>Fiktives Muster - Angaben und Bewertung individuell anpassen</w:t>
      </w:r>
    </w:p>
    <w:p>
      <w:r>
        <w:t>Frau Lea Beispiel war vom 1. September 2021 bis zum 31. Oktober 2026 als Softwareentwicklerin in unserem Unternehmen beschäftigt.</w:t>
      </w:r>
    </w:p>
    <w:p>
      <w:r>
        <w:t>Die Beispiel Software GmbH entwickelt webbasierte Anwendungen für betriebliche Verwaltungsprozesse.</w:t>
      </w:r>
    </w:p>
    <w:p>
      <w:r>
        <w:t>Zu den wesentlichen Aufgaben gehörten:</w:t>
      </w:r>
    </w:p>
    <w:p>
      <w:pPr>
        <w:pStyle w:val="ListBullet"/>
      </w:pPr>
      <w:r>
        <w:t>Entwicklung und Wartung von Funktionen einer webbasierten Anwendung</w:t>
      </w:r>
    </w:p>
    <w:p>
      <w:pPr>
        <w:pStyle w:val="ListBullet"/>
      </w:pPr>
      <w:r>
        <w:t>Analyse fachlicher Anforderungen gemeinsam mit Produktmanagement und Fachbereichen</w:t>
      </w:r>
    </w:p>
    <w:p>
      <w:pPr>
        <w:pStyle w:val="ListBullet"/>
      </w:pPr>
      <w:r>
        <w:t>Erstellung automatisierter Tests und Beteiligung an Code-Reviews</w:t>
      </w:r>
    </w:p>
    <w:p>
      <w:pPr>
        <w:pStyle w:val="ListBullet"/>
      </w:pPr>
      <w:r>
        <w:t>Dokumentation technischer Entscheidungen und Unterstützung bei Fehleranalysen</w:t>
      </w:r>
    </w:p>
    <w:p>
      <w:r>
        <w:t>Frau Beispiel verfügte über fundierte Kenntnisse der im Team eingesetzten Entwicklungswerkzeuge und setzte diese sicher und lösungsorientiert ein.</w:t>
      </w:r>
    </w:p>
    <w:p>
      <w:r>
        <w:t>Sie arbeitete stets systematisch und sorgfältig. Komplexe Anforderungen zerlegte sie in nachvollziehbare Arbeitsschritte und stimmte technische Risiken frühzeitig mit dem Team ab.</w:t>
      </w:r>
    </w:p>
    <w:p>
      <w:r>
        <w:t>Mit ihren Beiträgen zu automatisierten Tests und nachvollziehbaren Reviews unterstützte sie die verlässliche Weiterentwicklung der Anwendung.</w:t>
      </w:r>
    </w:p>
    <w:p>
      <w:r>
        <w:t>Frau Beispiel erledigte die ihr übertragenen Aufgaben stets zu unserer vollen Zufriedenheit.</w:t>
      </w:r>
    </w:p>
    <w:p>
      <w:r>
        <w:t>Ihr Verhalten gegenüber Vorgesetzten, Kolleginnen und Kollegen sowie internen Ansprechpartnern war stets vorbildlich.</w:t>
      </w:r>
    </w:p>
    <w:p>
      <w:r>
        <w:t>Frau Beispiel verlässt unser Unternehmen zum 31. Oktober 2026 auf eigenen Wunsch. Wir danken ihr für die stets gute Zusammenarbeit und bedauern ihr Ausscheiden. Für den weiteren beruflichen und persönlichen Weg wünschen wir ihr alles Gute und weiterhin viel Erfolg.</w:t>
      </w:r>
    </w:p>
    <w:p>
      <w:r>
        <w:t>[Ort], [Ausstellungsdatum]</w:t>
      </w:r>
    </w:p>
    <w:p>
      <w:r>
        <w:t>[Name, Funktion und Unterschrift der verantwortlichen ausstellenden Person]</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Zeugnis Muster it</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