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Arbeitszeugnis</w:t>
      </w:r>
    </w:p>
    <w:p>
      <w:pPr>
        <w:spacing w:after="200"/>
      </w:pPr>
      <w:r>
        <w:rPr>
          <w:color w:val="5A5A5A"/>
          <w:sz w:val="17"/>
        </w:rPr>
        <w:t>Fiktives Muster - Angaben und Bewertung individuell anpassen</w:t>
      </w:r>
    </w:p>
    <w:p>
      <w:r>
        <w:t>Herr Paul Beispiel war vom 1. Juni 2019 bis zum 31. Oktober 2026 als technischer Servicemitarbeiter in unserem Unternehmen beschäftigt.</w:t>
      </w:r>
    </w:p>
    <w:p>
      <w:r>
        <w:t>Die Beispiel Anlagenservice GmbH wartet und betreut technische Anlagen bei gewerblichen Kunden.</w:t>
      </w:r>
    </w:p>
    <w:p>
      <w:r>
        <w:t>Zu den wesentlichen Aufgaben gehörten:</w:t>
      </w:r>
    </w:p>
    <w:p>
      <w:pPr>
        <w:pStyle w:val="ListBullet"/>
      </w:pPr>
      <w:r>
        <w:t>Durchführung geplanter Wartungsarbeiten im übertragenen Aufgabenbereich</w:t>
      </w:r>
    </w:p>
    <w:p>
      <w:pPr>
        <w:pStyle w:val="ListBullet"/>
      </w:pPr>
      <w:r>
        <w:t>Systematische Eingrenzung technischer Störungen und Abstimmung der weiteren Bearbeitung</w:t>
      </w:r>
    </w:p>
    <w:p>
      <w:pPr>
        <w:pStyle w:val="ListBullet"/>
      </w:pPr>
      <w:r>
        <w:t>Dokumentation ausgeführter Arbeiten und verwendeter Materialien</w:t>
      </w:r>
    </w:p>
    <w:p>
      <w:pPr>
        <w:pStyle w:val="ListBullet"/>
      </w:pPr>
      <w:r>
        <w:t>Abstimmung von Terminen und technischen Rückfragen mit Kunden und Einsatzplanung</w:t>
      </w:r>
    </w:p>
    <w:p>
      <w:r>
        <w:t>Herr Beispiel verfügte über gute technische Kenntnisse und setzte diese bei Wartung und Störungseingrenzung sicher ein.</w:t>
      </w:r>
    </w:p>
    <w:p>
      <w:r>
        <w:t>Er arbeitete stets planvoll, sorgfältig und zuverlässig. Betriebliche Arbeits- und Sicherheitsvorgaben beachtete er und klärte Abweichungen rechtzeitig mit der zuständigen Stelle.</w:t>
      </w:r>
    </w:p>
    <w:p>
      <w:r>
        <w:t>Durch seine nachvollziehbare Arbeitsdokumentation erleichterte er die weitere Bearbeitung und die Abstimmung mit der Einsatzplanung.</w:t>
      </w:r>
    </w:p>
    <w:p>
      <w:r>
        <w:t>Herr Beispiel erledigte die ihm übertragenen Aufgaben stets zu unserer vollen Zufriedenheit.</w:t>
      </w:r>
    </w:p>
    <w:p>
      <w:r>
        <w:t>Sein Verhalten gegenüber Vorgesetzten, Kolleginnen und Kollegen sowie Kunden war stets vorbildlich.</w:t>
      </w:r>
    </w:p>
    <w:p>
      <w:r>
        <w:t>Herr Beispiel verlässt unser Unternehmen zum 31. Oktober 2026 auf eigenen Wunsch. Wir danken ihm für die stets gute Zusammenarbeit und bedauern sein Ausscheiden. Für den weiteren beruflichen und persönlichen Weg wünschen wir ihm alles Gute und weiterhin viel Erfolg.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handwerk</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