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Arbeitszeugnis</w:t>
      </w:r>
    </w:p>
    <w:p>
      <w:pPr>
        <w:spacing w:after="200"/>
      </w:pPr>
      <w:r>
        <w:rPr>
          <w:color w:val="5A5A5A"/>
          <w:sz w:val="17"/>
        </w:rPr>
        <w:t>Fiktives Muster - Angaben und Bewertung individuell anpassen</w:t>
      </w:r>
    </w:p>
    <w:p>
      <w:r>
        <w:t>Frau Anna Beispiel war vom 1. April 2021 bis zum 31. Oktober 2026 als kaufmännische Sachbearbeiterin in unserem Unternehmen beschäftigt.</w:t>
      </w:r>
    </w:p>
    <w:p>
      <w:r>
        <w:t>Die Beispiel Verwaltungsservice GmbH unterstützt mittelständische Unternehmen bei kaufmännischen Verwaltungsabläufen.</w:t>
      </w:r>
    </w:p>
    <w:p>
      <w:r>
        <w:t>Zu den wesentlichen Aufgaben gehörten:</w:t>
      </w:r>
    </w:p>
    <w:p>
      <w:pPr>
        <w:pStyle w:val="ListBullet"/>
      </w:pPr>
      <w:r>
        <w:t>Bearbeitung eingehender Kundenaufträge und Pflege der Auftragsdaten</w:t>
      </w:r>
    </w:p>
    <w:p>
      <w:pPr>
        <w:pStyle w:val="ListBullet"/>
      </w:pPr>
      <w:r>
        <w:t>Abstimmung von Lieferterminen mit Vertrieb und Logistik</w:t>
      </w:r>
    </w:p>
    <w:p>
      <w:pPr>
        <w:pStyle w:val="ListBullet"/>
      </w:pPr>
      <w:r>
        <w:t>Prüfung von Belegen und Vorbereitung der Rechnungsfreigabe</w:t>
      </w:r>
    </w:p>
    <w:p>
      <w:pPr>
        <w:pStyle w:val="ListBullet"/>
      </w:pPr>
      <w:r>
        <w:t>Erstellung monatlicher Übersichten zum offenen Auftragsbestand</w:t>
      </w:r>
    </w:p>
    <w:p>
      <w:r>
        <w:t>Frau Beispiel verfügte über fundierte kaufmännische Kenntnisse und setzte diese bei der Bearbeitung ihrer Aufgaben sicher ein.</w:t>
      </w:r>
    </w:p>
    <w:p>
      <w:r>
        <w:t>Sie arbeitete stets strukturiert, sorgfältig und zuverlässig. Offene Vorgänge verfolgte sie konsequent nach und stimmte Rückfragen rechtzeitig mit den zuständigen Bereichen ab.</w:t>
      </w:r>
    </w:p>
    <w:p>
      <w:r>
        <w:t>Durch eine übersichtliche Dokumentation der Auftragsstände unterstützte sie die verlässliche Übergabe zwischen den beteiligten Abteilungen.</w:t>
      </w:r>
    </w:p>
    <w:p>
      <w:r>
        <w:t>Frau Beispiel erledigte die ihr übertragenen Aufgaben stets zu unserer vollen Zufriedenheit.</w:t>
      </w:r>
    </w:p>
    <w:p>
      <w:r>
        <w:t>Ihr Verhalten gegenüber Vorgesetzten, Kolleginnen und Kollegen sowie unseren Kunden war stets vorbildlich.</w:t>
      </w:r>
    </w:p>
    <w:p>
      <w:r>
        <w:t>Frau Beispiel verlässt unser Unternehmen zum 31. Oktober 2026 auf eigenen Wunsch. Wir danken ihr für die stets gute Zusammenarbeit und bedauern ihr Ausscheiden. Für den weiteren beruflichen und persönlichen Weg wünschen wir ihr alles Gute und weiterhin viel Erfolg.</w:t>
      </w:r>
    </w:p>
    <w:p>
      <w:r>
        <w:t>[Ort], [Ausstellungsdatum]</w:t>
      </w:r>
    </w:p>
    <w:p>
      <w:r>
        <w:t>[Name, Funktion und Unterschrift der verantwortlichen ausstellenden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buero</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