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Ausbildungszeugnis</w:t>
      </w:r>
    </w:p>
    <w:p>
      <w:pPr>
        <w:spacing w:after="200"/>
      </w:pPr>
      <w:r>
        <w:rPr>
          <w:color w:val="5A5A5A"/>
          <w:sz w:val="17"/>
        </w:rPr>
        <w:t>Fiktives Muster - Angaben und Bewertung individuell anpassen</w:t>
      </w:r>
    </w:p>
    <w:p>
      <w:r>
        <w:t>Frau Emilia Beispiel absolvierte vom 1. August 2023 bis zum 31. Juli 2026 in unserem Unternehmen eine Ausbildung zur Kauffrau für Büromanagement.</w:t>
      </w:r>
    </w:p>
    <w:p>
      <w:r>
        <w:t>Die Beispiel Verwaltungsservice GmbH erbringt kaufmännische Dienstleistungen für gewerbliche Kunden.</w:t>
      </w:r>
    </w:p>
    <w:p>
      <w:r>
        <w:t>Zu den wesentlichen Ausbildungsinhalten gehörten:</w:t>
      </w:r>
    </w:p>
    <w:p>
      <w:pPr>
        <w:pStyle w:val="ListBullet"/>
      </w:pPr>
      <w:r>
        <w:t>Kennenlernen und praktische Anwendung betrieblicher Abläufe der Auftragsbearbeitung</w:t>
      </w:r>
    </w:p>
    <w:p>
      <w:pPr>
        <w:pStyle w:val="ListBullet"/>
      </w:pPr>
      <w:r>
        <w:t>Mitarbeit bei Beschaffung und Belegprüfung</w:t>
      </w:r>
    </w:p>
    <w:p>
      <w:pPr>
        <w:pStyle w:val="ListBullet"/>
      </w:pPr>
      <w:r>
        <w:t>Pflege von Stammdaten und Vorbereitung kaufmännischer Übersichten</w:t>
      </w:r>
    </w:p>
    <w:p>
      <w:pPr>
        <w:pStyle w:val="ListBullet"/>
      </w:pPr>
      <w:r>
        <w:t>Organisation von Terminen und Unterstützung interner Abstimmungen</w:t>
      </w:r>
    </w:p>
    <w:p>
      <w:r>
        <w:t>Frau Beispiel erwarb gute kaufmännische Kenntnisse und setzte das Gelernte in den praktischen Ausbildungsaufgaben sicher um.</w:t>
      </w:r>
    </w:p>
    <w:p>
      <w:r>
        <w:t>Sie zeigte stets eine gute Lernbereitschaft und arbeitete sorgfältig und zuverlässig. Hinweise ihrer Ausbilderin griff sie konstruktiv auf und setzte sie bei folgenden Aufgaben um.</w:t>
      </w:r>
    </w:p>
    <w:p>
      <w:r>
        <w:t>Im weiteren Ausbildungsverlauf bearbeitete sie die ihr übertragenen Standardvorgänge zunehmend selbstständig und dokumentierte die Ergebnisse nachvollziehbar.</w:t>
      </w:r>
    </w:p>
    <w:p>
      <w:r>
        <w:t>Frau Beispiel erfüllte die ihr im Rahmen der Ausbildung übertragenen Aufgaben stets zu unserer vollen Zufriedenheit.</w:t>
      </w:r>
    </w:p>
    <w:p>
      <w:r>
        <w:t>Ihr Verhalten gegenüber Ausbildenden, Vorgesetzten, Kolleginnen und Kollegen sowie Kunden war stets vorbildlich.</w:t>
      </w:r>
    </w:p>
    <w:p>
      <w:r>
        <w:t>Die Ausbildung endete am 31. Juli 2026. Wir danken Frau Beispiel für die stets gute Zusammenarbeit und wünschen ihr für den weiteren beruflichen und persönlichen Weg alles Gute und viel Erfolg.</w:t>
      </w:r>
    </w:p>
    <w:p>
      <w:r>
        <w:t>[Ort], [Ausstellungsdatum]</w:t>
      </w:r>
    </w:p>
    <w:p>
      <w:r>
        <w:t>[Name, Funktion und Unterschrift der verantwortlichen ausstellenden Person]</w:t>
      </w:r>
    </w:p>
    <w:p>
      <w:r>
        <w:t>[Gegebenenfalls zusätzliche Unterschrift der ausbildenden Person]</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Zeugnis Muster ausbildung</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